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 -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פריחת החצב בסתיו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המרת יחידות מידה (סנטימטר-מטר)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טכניקת ההרגעה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סימן לתחילת עונת הסתיו.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בערך 1.8 מטר.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שלבי ההרגעה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(מפסיקים לרגע את מה שעושים)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(מותחים שרירים ואז משחררים אותם)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(שואפים ונושפים אוויר 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ומשחררים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אני יכול/ה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בערך 2 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עוצרים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בהמחשה של מטר וסנטימטר עם סרט מידה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שלבי עש"ן ד"ק בפועל בכיתה לפני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 -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עובדות מתוך חדר הבריחה על פריחת הסתיו, בעיקר על פרח החצב, ונלמד גם טכניקת הרגעה שיכולה לעזור כשתקועים בפתרון חידה.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100  ·  180  ·  סתיו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עמוד הפריחה של החצב מגיע לעד כ-180 ס"מ בגובה. כמה זה בערך במטרים, מעוגל?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עונה פורח בעיקר פרח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סנטימטרים יש במטר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פרח החצב פורח בסתיו, אחרי הגשם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עמוד הפריחה של החצב יכול להגיע לגובה של כ-180 ס"מ.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עמוד הפריחה של החצב יכול להגיע לגובה של עד כ-__________ ס"מ.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במטר אחד יש __________ ס"מ.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החצב פורח בעונת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שלבי ההרגעה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מותחים שרירים ואז משחררים אותם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מכווצים ומשחררים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שואפים ונושפים אוויר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מפסיקים לרגע את מה שעושים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השלבים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מכווצים ומשחררים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לעצמנו אני יכול/ה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קצרה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מטר זה בערך 180 ס"מ?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עונה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הפריחה בסתיו - חדר בריחה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