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🍂 סודות הפריחה: מגלים, משחקים ויוצרים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סודות הפריחה בסתיו - חדר בריחה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עובדות על פריחת החצב בסתיו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המרת יחידות מידה (סנטימטר-מטר)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טכניקת ההרגעה עש"ן ד"ק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סתיו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לפני העלים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100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ראייה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סימן לתחילת עונת הסתיו.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בערך 1.8 מטר.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מטר אחד שווה ל-100 ס"מ.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מתואר המשחק.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הוא פורח בסתיו, לא בקיץ.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1. 180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סתיו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ארבעה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לפני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ד"ק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שלבי ההרגעה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(מפסיקים לרגע את מה שעושים)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(מותחים שרירים ואז משחררים אותם)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(שואפים ונושפים אוויר לאט)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(משפט מעודד שאומרים לעצמנו)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(חוזרים למשימה שעסקנו בה)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סידור השלבים בסדר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מכווצים ומשחררים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נושמים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אומרים לעצמנו אני יכול/ה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ממשיכים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שאלה קצרה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הוא פורח מיד אחרי הגשם הראשון של השנה, לפני שמופיעים העלים שלו.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הצפויה: בערך 2 מטר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הצפויה: סתיו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הצפויה: עוצרים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בהמחשה של מטר וסנטימטר עם סרט מידה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את שלבי עש"ן ד"ק בפועל בכיתה לפני הכתיבה הפתוחה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לוותר על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🍂 סודות הפריחה: מגלים, משחקים ויוצרים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סודות הפריחה בסתיו - חדר בריחה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שאלות קלות על פרח שנקרא חצב, שפורח בסתיו. יש גם תרגיל קטן על מטר וסנטימטר, ומשפט שעוזר כשמרגישים לחוצים.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חצב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פרח שפורח בסתיו לפני העלים שלו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ס"מ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יחידת מידה קטנה לאורך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מטר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יחידת מידה לאורך, שווה ל-100 ס"מ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עש"ן ד"ק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שיטת הרגעה בזמן לחץ - עוצרים, נושמים, ממשיכים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עמוד פריחה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החלק הגבוה בצמח שעליו גדלים הפרחים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מעוגל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קרוב, לא מדויק לגמרי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חדר בריחה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משחק שבו פותרים חידות כדי לפתוח מנעולים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מנעול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שצריך קוד או ספרות כדי לפתוח אותו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180 ס"מ זה בערך כמה מטר?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פורח החצב?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סתיו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מופיע קודם, הפרח או העלה?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לפני העלים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אחרי העלים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יחד עם העלים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לחצב אין עלים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ס"מ במטר?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מנעולים 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באיזה חוש מזהים פרחים?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ראייה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שמיעה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מישוש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פרח החצב פורח בסתיו, אחרי הגשם הראשון.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עמוד הפריחה של החצב יכול להגיע לגובה של כ-180 ס"מ.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מטר אחד שווה ל-10 ס"מ.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בחדר הבריחה יש ארבעה מנעולים עם ארבע ספרות.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החצב הוא פרח שפורח רק בקיץ.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עמוד הפריחה של החצב יכול להגיע לגובה של עד כ-__________ ס"מ.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במטר אחד יש __________ ס"מ.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החצב פורח בעונת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בחדר הבריחה יש __________ מנעולים.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הפרחים של החצב מופיעים __________ העלים שלו.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טכניקת ההרגעה נקראת עש"ן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שלבי ההרגעה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עוצרים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חוזרים למשימה שעסקנו 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מכווצים ומשחררים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מפסיקים לרגע את מה שעושים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נושמים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משפט מעודד שאומרים לעצמנו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אני יכול/ה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שואפים ונושפים אוויר לאט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ממשיכים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מותחים שרירים ואז משחררים אותם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סידור השלבים בסדר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אומרים לעצמנו אני יכול/ה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נושמים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ממשיכים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מכווצים ומשחררים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עוצרים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שאלה קצרה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מדוע פרח החצב נחשב לסימן לתחילת הסתיו?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מטר זה בערך 180 ס"מ?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באיזו עונה פורח החצב?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השלב הראשון בטכניקת עש"ן ד"ק?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סודות הפריחה בסתיו - חדר בריחה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