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בסתיו - חדר 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פריחת החצב בסתיו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המרת יחידות מידה (סנטימטר-מטר)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טכניקת ההרגעה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לפני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ראייה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סימן לתחילת עונת הסתיו.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בערך 1.8 מטר.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מטר אחד שווה ל-100 ס"מ.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המשחק.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פורח בסתיו, לא בקיץ.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ד"ק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שלבי ההרגעה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(מפסיקים לרגע את מה שעושים)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(מותחים שרירים ואז משחררים אותם)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(שואפים ונושפים אוויר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(משפט מעודד שאומרים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(חוזרים למשימה שעסקנו 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השלבים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ומשחררים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אני יכול/ה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פורח מיד אחרי הגשם הראשון של השנה, לפני שמופיעים העלים שלו.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בערך 2 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עוצרים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בהמחשה של מטר וסנטימטר עם סרט מידה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שלבי עש"ן ד"ק בפועל בכיתה לפני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בסתיו - חדר 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עובדות מתוך חדר הבריחה על פריחת הסתיו, בעיקר על פרח החצב, ונלמד גם טכניקת הרגעה שיכולה לעזור כשתקועים בפתרון חידה.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עמוד הפריחה של החצב מגיע לעד כ-180 ס"מ בגובה. כמה זה בערך במטרים, מעוגל?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עונה פורח בעיקר פרח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מופיעים פרחי החצב ביחס לעלים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יחד עם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לחצב אין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סנטימטרים יש במטר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מכמה מנעולים בנוי חדר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חוש עוזר בעיקר לזהות את פריחת החצב מרחוק?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מישוש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החצב פורח בסתיו, אחרי הגשם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עמוד הפריחה של החצב יכול להגיע לגובה של כ-180 ס"מ.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 אחד שווה ל-10 ס"מ.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בחדר הבריחה יש ארבעה מנעולים עם ארבע ספרות.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הוא פרח שפורח רק בקיץ.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עמוד הפריחה של החצב יכול להגיע לגובה של עד כ-__________ ס"מ.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במטר אחד יש __________ ס"מ.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החצב פורח בעונת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בחדר הבריחה יש __________ מנעולים.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הפרחים של החצב מופיעים __________ העלים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טכניקת ההרגעה נקראת עש"ן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שלבי ההרגעה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חוזרים למשימה שעסקנו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מכווצים ומשחררים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מפסיקים לרגע את מה שעושים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מותחים שרירים ואז משחררים אותם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אני יכול/ה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שואפים ונושפים אוויר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ממשיכים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מעודד שאומרים לעצמנו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השלבים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אני יכול/ה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מכווצים ומשחררים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קצרה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פרח החצב נחשב לסימן לתחילת הסתיו?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מטר זה בערך 180 ס"מ?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עונה פורח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השלב הראשון בטכניקת עש"ן ד"ק?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סודות הפריחה בסתיו - חדר בריחה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